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CB97" w14:textId="4448A992" w:rsidR="00791AB1" w:rsidRDefault="00791AB1">
      <w:pPr>
        <w:pStyle w:val="Heading1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329E15FD" wp14:editId="4FAB42E1">
            <wp:simplePos x="0" y="0"/>
            <wp:positionH relativeFrom="column">
              <wp:posOffset>2163445</wp:posOffset>
            </wp:positionH>
            <wp:positionV relativeFrom="paragraph">
              <wp:posOffset>0</wp:posOffset>
            </wp:positionV>
            <wp:extent cx="1666875" cy="972185"/>
            <wp:effectExtent l="0" t="0" r="9525" b="0"/>
            <wp:wrapTight wrapText="bothSides">
              <wp:wrapPolygon edited="0">
                <wp:start x="0" y="0"/>
                <wp:lineTo x="0" y="21163"/>
                <wp:lineTo x="21477" y="21163"/>
                <wp:lineTo x="21477" y="0"/>
                <wp:lineTo x="0" y="0"/>
              </wp:wrapPolygon>
            </wp:wrapTight>
            <wp:docPr id="3204018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401804" name="Picture 32040180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B5DC1" w14:textId="77777777" w:rsidR="00791AB1" w:rsidRDefault="00791AB1">
      <w:pPr>
        <w:pStyle w:val="Heading1"/>
        <w:rPr>
          <w:color w:val="auto"/>
        </w:rPr>
      </w:pPr>
    </w:p>
    <w:p w14:paraId="1F4BC3DF" w14:textId="77777777" w:rsidR="00791AB1" w:rsidRDefault="00791AB1">
      <w:pPr>
        <w:pStyle w:val="Heading1"/>
        <w:rPr>
          <w:color w:val="auto"/>
        </w:rPr>
      </w:pPr>
    </w:p>
    <w:p w14:paraId="22E45876" w14:textId="7831886D" w:rsidR="00AD5045" w:rsidRPr="00037AC2" w:rsidRDefault="00F44FED">
      <w:pPr>
        <w:pStyle w:val="Heading1"/>
        <w:rPr>
          <w:color w:val="auto"/>
        </w:rPr>
      </w:pPr>
      <w:r w:rsidRPr="00037AC2">
        <w:rPr>
          <w:color w:val="auto"/>
        </w:rPr>
        <w:t>The Opportunity</w:t>
      </w:r>
    </w:p>
    <w:p w14:paraId="2D22607D" w14:textId="77777777" w:rsidR="00AD5045" w:rsidRDefault="00F44FED">
      <w:r>
        <w:t>Family Service Ontario is seeking an exceptional Executive Assistant to work closely with the Chief Executive Officer and help turn priorities into well-organized action. This is a high-trust role for someone who combines excellent executive support with strong writing, creative communications, project coordination, research, event delivery, problem-solving, and confident use of technology.</w:t>
      </w:r>
    </w:p>
    <w:p w14:paraId="1ADC690A" w14:textId="0B0ED5BD" w:rsidR="00AD5045" w:rsidRDefault="00F44FED">
      <w:r>
        <w:t xml:space="preserve">Your work will help FSO support agencies that deliver vital services to individuals and families across Ontario. By strengthening the CEO’s effectiveness, </w:t>
      </w:r>
      <w:r w:rsidR="009720FC">
        <w:t xml:space="preserve">helping organize </w:t>
      </w:r>
      <w:r>
        <w:t>events, and producing high-quality communications, you will contribute directly to a stronger, better-connected family-service sector.</w:t>
      </w:r>
    </w:p>
    <w:p w14:paraId="14B65F01" w14:textId="77777777" w:rsidR="00AD5045" w:rsidRDefault="00F44FED">
      <w:pPr>
        <w:pStyle w:val="Heading1"/>
      </w:pPr>
      <w:r>
        <w:t>About Family Service Ontario</w:t>
      </w:r>
    </w:p>
    <w:p w14:paraId="33676FF2" w14:textId="77777777" w:rsidR="00AD5045" w:rsidRDefault="00F44FED">
      <w:r>
        <w:t>Family Service Ontario champions individual, family, and community well-being through advocacy, resources, expertise, and policy support. FSO connects family service agencies with policymakers, funders, partners, and one another to strengthen capacity and create sustainable solutions across Ontario.</w:t>
      </w:r>
    </w:p>
    <w:p w14:paraId="223E74CD" w14:textId="77777777" w:rsidR="00AD5045" w:rsidRDefault="00F44FED">
      <w:r>
        <w:t>We offer an outstanding, collaborative workplace culture grounded in strong values and our shared belief that we are stronger together. We value initiative, thoughtful problem-solving, creativity, accountability, inclusion, and high-quality work.</w:t>
      </w:r>
    </w:p>
    <w:p w14:paraId="5113A6CD" w14:textId="77777777" w:rsidR="00AD5045" w:rsidRDefault="00F44FED">
      <w:pPr>
        <w:pStyle w:val="Heading1"/>
      </w:pPr>
      <w:r>
        <w:t>What You Will Do</w:t>
      </w:r>
    </w:p>
    <w:p w14:paraId="79F2E780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Support the CEO and organizational governance</w:t>
      </w:r>
    </w:p>
    <w:p w14:paraId="76A82251" w14:textId="310EC21D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Manage scheduling, priorities</w:t>
      </w:r>
      <w:r w:rsidR="00E53EB1">
        <w:rPr>
          <w:szCs w:val="24"/>
        </w:rPr>
        <w:t>,</w:t>
      </w:r>
      <w:r w:rsidRPr="001623E3">
        <w:rPr>
          <w:szCs w:val="24"/>
        </w:rPr>
        <w:t xml:space="preserve"> travel</w:t>
      </w:r>
      <w:r w:rsidR="00E53EB1">
        <w:rPr>
          <w:szCs w:val="24"/>
        </w:rPr>
        <w:t xml:space="preserve"> arrangements</w:t>
      </w:r>
      <w:r w:rsidRPr="001623E3">
        <w:rPr>
          <w:szCs w:val="24"/>
        </w:rPr>
        <w:t>, and follow-up with a high degree of discretion.</w:t>
      </w:r>
    </w:p>
    <w:p w14:paraId="79222C26" w14:textId="77777777" w:rsidR="00940312" w:rsidRDefault="003B1AA1" w:rsidP="00940312">
      <w:pPr>
        <w:pStyle w:val="ListBullet"/>
        <w:tabs>
          <w:tab w:val="clear" w:pos="360"/>
          <w:tab w:val="num" w:pos="720"/>
        </w:tabs>
        <w:ind w:left="720"/>
        <w:rPr>
          <w:szCs w:val="24"/>
        </w:rPr>
      </w:pPr>
      <w:r w:rsidRPr="003B1AA1">
        <w:rPr>
          <w:szCs w:val="24"/>
        </w:rPr>
        <w:t xml:space="preserve">Coordinate </w:t>
      </w:r>
      <w:r w:rsidR="00844349">
        <w:rPr>
          <w:szCs w:val="24"/>
        </w:rPr>
        <w:t>b</w:t>
      </w:r>
      <w:r w:rsidRPr="003B1AA1">
        <w:rPr>
          <w:szCs w:val="24"/>
        </w:rPr>
        <w:t>oard and regional member events, including scheduling, agendas, meeting packages, minutes, action tracking, logistics, and communications.</w:t>
      </w:r>
    </w:p>
    <w:p w14:paraId="0007EABE" w14:textId="37CAC632" w:rsidR="00D8201A" w:rsidRPr="00940312" w:rsidRDefault="00BE4256" w:rsidP="00940312">
      <w:pPr>
        <w:pStyle w:val="ListBullet"/>
        <w:tabs>
          <w:tab w:val="clear" w:pos="360"/>
          <w:tab w:val="num" w:pos="720"/>
        </w:tabs>
        <w:ind w:left="720"/>
        <w:rPr>
          <w:szCs w:val="24"/>
        </w:rPr>
      </w:pPr>
      <w:r w:rsidRPr="00940312">
        <w:rPr>
          <w:lang w:val="en-CA" w:eastAsia="en-CA"/>
        </w:rPr>
        <w:t>Prepare invoices for membership, conference, training, and other fees, and accurately track invoices, payments, outstanding balances, and required follow-up. </w:t>
      </w:r>
    </w:p>
    <w:p w14:paraId="55BDF072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Anticipate needs, protect confidential information, and ensure commitments and decisions do not get lost between meetings.</w:t>
      </w:r>
    </w:p>
    <w:p w14:paraId="72BE1715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Coordinate projects and events</w:t>
      </w:r>
    </w:p>
    <w:p w14:paraId="01888063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Build practical work plans, track timelines and deliverables, coordinate contributors, and flag risks or decisions requiring attention.</w:t>
      </w:r>
    </w:p>
    <w:p w14:paraId="1CBE7623" w14:textId="439F0671" w:rsidR="00D13C28" w:rsidRDefault="7D93D3CC" w:rsidP="00D3591F">
      <w:pPr>
        <w:pStyle w:val="ListBullet"/>
        <w:tabs>
          <w:tab w:val="clear" w:pos="360"/>
          <w:tab w:val="num" w:pos="720"/>
        </w:tabs>
        <w:spacing w:after="60"/>
        <w:ind w:left="720"/>
      </w:pPr>
      <w:r>
        <w:t xml:space="preserve">Support the CEO in </w:t>
      </w:r>
      <w:r w:rsidR="6420CD48">
        <w:t>organizing</w:t>
      </w:r>
      <w:r>
        <w:t xml:space="preserve"> </w:t>
      </w:r>
      <w:r w:rsidR="1B8804C3">
        <w:t>training, special events, and the annual conference</w:t>
      </w:r>
      <w:r w:rsidR="7B1C1D1E">
        <w:t xml:space="preserve"> held in Toronto</w:t>
      </w:r>
      <w:r w:rsidR="1B8804C3">
        <w:t xml:space="preserve">, </w:t>
      </w:r>
      <w:r w:rsidR="1056E4B6">
        <w:t>in collaboration with Board committees, which includes securing speakers, venues, and sponsors</w:t>
      </w:r>
      <w:r w:rsidR="7499F898">
        <w:t>.</w:t>
      </w:r>
      <w:r w:rsidR="1056E4B6">
        <w:t xml:space="preserve"> </w:t>
      </w:r>
    </w:p>
    <w:p w14:paraId="036659A5" w14:textId="5CD97085" w:rsidR="00AD5045" w:rsidRPr="00D13C28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D13C28">
        <w:rPr>
          <w:szCs w:val="24"/>
        </w:rPr>
        <w:t>Coordinate registration, schedules, communications, materials, logistics, accessibility arrangements, and post-event follow-up.</w:t>
      </w:r>
    </w:p>
    <w:p w14:paraId="0889BBFA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lastRenderedPageBreak/>
        <w:t>Research, write, and create</w:t>
      </w:r>
    </w:p>
    <w:p w14:paraId="26FD1FAB" w14:textId="44177B5F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 xml:space="preserve">Conduct focused research and </w:t>
      </w:r>
      <w:r w:rsidR="00E8140C">
        <w:rPr>
          <w:szCs w:val="24"/>
        </w:rPr>
        <w:t>help</w:t>
      </w:r>
      <w:r w:rsidR="009720FC" w:rsidRPr="001623E3">
        <w:rPr>
          <w:szCs w:val="24"/>
        </w:rPr>
        <w:t xml:space="preserve"> the CEO </w:t>
      </w:r>
      <w:r w:rsidR="00E8140C">
        <w:rPr>
          <w:szCs w:val="24"/>
        </w:rPr>
        <w:t>turn</w:t>
      </w:r>
      <w:r w:rsidR="009720FC" w:rsidRPr="001623E3">
        <w:rPr>
          <w:szCs w:val="24"/>
        </w:rPr>
        <w:t xml:space="preserve"> the </w:t>
      </w:r>
      <w:r w:rsidRPr="001623E3">
        <w:rPr>
          <w:szCs w:val="24"/>
        </w:rPr>
        <w:t>findings into clear briefings, summaries, resources, proposals, or communications.</w:t>
      </w:r>
    </w:p>
    <w:p w14:paraId="57B49F4A" w14:textId="1DE5BB31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Draft social media posts, posters, event promotions, surveys, and other public-facing materials.</w:t>
      </w:r>
    </w:p>
    <w:p w14:paraId="16E3C793" w14:textId="22033A2E" w:rsidR="009720FC" w:rsidRPr="001623E3" w:rsidRDefault="13313A23" w:rsidP="00D3591F">
      <w:pPr>
        <w:pStyle w:val="ListBullet"/>
        <w:tabs>
          <w:tab w:val="clear" w:pos="360"/>
          <w:tab w:val="num" w:pos="720"/>
        </w:tabs>
        <w:spacing w:after="60"/>
        <w:ind w:left="720"/>
      </w:pPr>
      <w:r>
        <w:t xml:space="preserve">Edit professional correspondence, </w:t>
      </w:r>
      <w:r w:rsidR="1CF8B5B2">
        <w:t>briefings,</w:t>
      </w:r>
      <w:r>
        <w:t xml:space="preserve"> and reports created by the CEO. </w:t>
      </w:r>
    </w:p>
    <w:p w14:paraId="474FAE40" w14:textId="4389C1FC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Use Canva to produce polished, accessible, brand-consistent communications for members, partners, and the public.</w:t>
      </w:r>
    </w:p>
    <w:p w14:paraId="56DCBB52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Use technology to improve the work</w:t>
      </w:r>
    </w:p>
    <w:p w14:paraId="6D0B0C1B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Use Microsoft 365 and other digital platforms confidently for collaboration, scheduling, documents, projects, surveys, events, and communications.</w:t>
      </w:r>
    </w:p>
    <w:p w14:paraId="5BDC6769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Use approved AI tools at a practical working level, verify outputs carefully, protect confidential information, and continue building your AI capability.</w:t>
      </w:r>
    </w:p>
    <w:p w14:paraId="31780DDF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Identify better ways to organize recurring work, document processes, and reduce avoidable administrative burden.</w:t>
      </w:r>
    </w:p>
    <w:p w14:paraId="65B8FEF9" w14:textId="77777777" w:rsidR="00AD5045" w:rsidRDefault="00F44FED">
      <w:pPr>
        <w:pStyle w:val="Heading1"/>
      </w:pPr>
      <w:r>
        <w:t>What You Bring</w:t>
      </w:r>
    </w:p>
    <w:p w14:paraId="051A83EE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Essential qualifications</w:t>
      </w:r>
    </w:p>
    <w:p w14:paraId="65440365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Excellent writing, editing, verbal communication, and interpersonal skills.</w:t>
      </w:r>
    </w:p>
    <w:p w14:paraId="7D4333E5" w14:textId="49BB7C3A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Experience providing senior-level executive or administrative support, including scheduling, correspondence, meeting preparation, minutes, and action tracking.</w:t>
      </w:r>
    </w:p>
    <w:p w14:paraId="162AE236" w14:textId="3042910E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Experience coordinating projects</w:t>
      </w:r>
      <w:r w:rsidR="009720FC" w:rsidRPr="001623E3">
        <w:rPr>
          <w:szCs w:val="24"/>
        </w:rPr>
        <w:t xml:space="preserve"> and </w:t>
      </w:r>
      <w:r w:rsidRPr="001623E3">
        <w:rPr>
          <w:szCs w:val="24"/>
        </w:rPr>
        <w:t>special events</w:t>
      </w:r>
      <w:r w:rsidR="009720FC" w:rsidRPr="001623E3">
        <w:rPr>
          <w:szCs w:val="24"/>
        </w:rPr>
        <w:t>.</w:t>
      </w:r>
    </w:p>
    <w:p w14:paraId="0634FB93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Proficiency with Canva and the ability to create engaging social media content, posters, presentations, and other public-facing materials.</w:t>
      </w:r>
    </w:p>
    <w:p w14:paraId="39A3F498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Strong research skills and the ability to assess sources, synthesize information, and communicate findings clearly.</w:t>
      </w:r>
    </w:p>
    <w:p w14:paraId="61EB3BEA" w14:textId="40644216" w:rsidR="00AD5045" w:rsidRPr="001623E3" w:rsidRDefault="00571193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571193">
        <w:rPr>
          <w:szCs w:val="24"/>
        </w:rPr>
        <w:t>Strong organizational skills, sound judgment, and the ability to manage competing priorities and deadlines.</w:t>
      </w:r>
    </w:p>
    <w:p w14:paraId="186671E7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Comfort with technology, including Microsoft 365, and practical familiarity with AI tools combined with a willingness to keep learning.</w:t>
      </w:r>
    </w:p>
    <w:p w14:paraId="2D2C61FE" w14:textId="77777777" w:rsidR="00AD5045" w:rsidRPr="001623E3" w:rsidRDefault="00F44FED" w:rsidP="00D3591F">
      <w:pPr>
        <w:pStyle w:val="ListBullet"/>
        <w:tabs>
          <w:tab w:val="clear" w:pos="360"/>
          <w:tab w:val="num" w:pos="720"/>
        </w:tabs>
        <w:spacing w:after="60"/>
        <w:ind w:left="720"/>
        <w:rPr>
          <w:szCs w:val="24"/>
        </w:rPr>
      </w:pPr>
      <w:r w:rsidRPr="001623E3">
        <w:rPr>
          <w:szCs w:val="24"/>
        </w:rPr>
        <w:t>A proactive, solutions-focused approach. You take initiative, raise issues early, and follow work through to completion.</w:t>
      </w:r>
    </w:p>
    <w:p w14:paraId="1AB81429" w14:textId="3DF0D054" w:rsidR="00357232" w:rsidRPr="004714F4" w:rsidRDefault="00357232" w:rsidP="00D3591F">
      <w:pPr>
        <w:pStyle w:val="ListBullet"/>
        <w:tabs>
          <w:tab w:val="clear" w:pos="360"/>
          <w:tab w:val="num" w:pos="720"/>
        </w:tabs>
        <w:ind w:left="720"/>
        <w:rPr>
          <w:szCs w:val="24"/>
        </w:rPr>
      </w:pPr>
      <w:r w:rsidRPr="001623E3">
        <w:rPr>
          <w:szCs w:val="24"/>
        </w:rPr>
        <w:t>Residence in Ontario</w:t>
      </w:r>
      <w:r w:rsidRPr="004714F4">
        <w:rPr>
          <w:szCs w:val="24"/>
        </w:rPr>
        <w:t xml:space="preserve"> </w:t>
      </w:r>
      <w:r w:rsidR="00B906B6" w:rsidRPr="004714F4">
        <w:rPr>
          <w:szCs w:val="24"/>
        </w:rPr>
        <w:t>with the ability to travel periodically within Ontario</w:t>
      </w:r>
      <w:r w:rsidR="007637E5" w:rsidRPr="004714F4">
        <w:rPr>
          <w:szCs w:val="24"/>
        </w:rPr>
        <w:t xml:space="preserve">, for the annual conference in Toronto and </w:t>
      </w:r>
      <w:r w:rsidR="00571193">
        <w:rPr>
          <w:szCs w:val="24"/>
        </w:rPr>
        <w:t xml:space="preserve">occasional </w:t>
      </w:r>
      <w:r w:rsidR="007637E5" w:rsidRPr="004714F4">
        <w:rPr>
          <w:szCs w:val="24"/>
        </w:rPr>
        <w:t>in-person meetings.</w:t>
      </w:r>
    </w:p>
    <w:p w14:paraId="22EA15EE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Education and experience</w:t>
      </w:r>
    </w:p>
    <w:p w14:paraId="2CCF2FBB" w14:textId="77777777" w:rsidR="001510C9" w:rsidRDefault="00F44FED" w:rsidP="001510C9">
      <w:pPr>
        <w:pStyle w:val="ListParagraph"/>
        <w:numPr>
          <w:ilvl w:val="0"/>
          <w:numId w:val="10"/>
        </w:numPr>
        <w:rPr>
          <w:szCs w:val="24"/>
        </w:rPr>
      </w:pPr>
      <w:r w:rsidRPr="001510C9">
        <w:rPr>
          <w:szCs w:val="24"/>
        </w:rPr>
        <w:t xml:space="preserve">Post-secondary education in a relevant field, or an equivalent combination of education and experience. </w:t>
      </w:r>
    </w:p>
    <w:p w14:paraId="0958054F" w14:textId="0EDF6FC2" w:rsidR="00AD5045" w:rsidRPr="001510C9" w:rsidRDefault="00F44FED" w:rsidP="001510C9">
      <w:pPr>
        <w:pStyle w:val="ListParagraph"/>
        <w:numPr>
          <w:ilvl w:val="0"/>
          <w:numId w:val="10"/>
        </w:numPr>
        <w:rPr>
          <w:szCs w:val="24"/>
        </w:rPr>
      </w:pPr>
      <w:r w:rsidRPr="001510C9">
        <w:rPr>
          <w:szCs w:val="24"/>
        </w:rPr>
        <w:t>We welcome transferable experience and will assess candidates on demonstrated ability to perform the work rather than on credentials alone.</w:t>
      </w:r>
    </w:p>
    <w:p w14:paraId="10D063DF" w14:textId="77777777" w:rsidR="00AD5045" w:rsidRPr="001623E3" w:rsidRDefault="00F44FED">
      <w:pPr>
        <w:pStyle w:val="Heading2"/>
        <w:rPr>
          <w:sz w:val="24"/>
          <w:szCs w:val="24"/>
        </w:rPr>
      </w:pPr>
      <w:r w:rsidRPr="001623E3">
        <w:rPr>
          <w:sz w:val="24"/>
          <w:szCs w:val="24"/>
        </w:rPr>
        <w:t>Assets</w:t>
      </w:r>
    </w:p>
    <w:p w14:paraId="25941005" w14:textId="577967BD" w:rsidR="00AD5045" w:rsidRDefault="00F44FED" w:rsidP="001510C9">
      <w:pPr>
        <w:pStyle w:val="ListBullet"/>
        <w:tabs>
          <w:tab w:val="clear" w:pos="360"/>
          <w:tab w:val="num" w:pos="720"/>
        </w:tabs>
        <w:spacing w:after="60"/>
        <w:ind w:left="720"/>
      </w:pPr>
      <w:r>
        <w:t>Experience in a nonprofit, membership association, family</w:t>
      </w:r>
      <w:r w:rsidR="003F1B35">
        <w:t xml:space="preserve"> or social service </w:t>
      </w:r>
      <w:r w:rsidR="00014656">
        <w:t xml:space="preserve">organization. </w:t>
      </w:r>
    </w:p>
    <w:p w14:paraId="3C375786" w14:textId="6A3F3366" w:rsidR="00AD5045" w:rsidRDefault="00F44FED" w:rsidP="001510C9">
      <w:pPr>
        <w:pStyle w:val="ListBullet"/>
        <w:tabs>
          <w:tab w:val="clear" w:pos="360"/>
          <w:tab w:val="num" w:pos="720"/>
        </w:tabs>
        <w:spacing w:after="60"/>
        <w:ind w:left="720"/>
      </w:pPr>
      <w:r>
        <w:t xml:space="preserve">Experience supporting a </w:t>
      </w:r>
      <w:r w:rsidR="00943CD4">
        <w:t>b</w:t>
      </w:r>
      <w:r>
        <w:t xml:space="preserve">oard of </w:t>
      </w:r>
      <w:r w:rsidR="00943CD4">
        <w:t>d</w:t>
      </w:r>
      <w:r>
        <w:t xml:space="preserve">irectors, governance committee, </w:t>
      </w:r>
      <w:r w:rsidR="009720FC">
        <w:t xml:space="preserve">or </w:t>
      </w:r>
      <w:r>
        <w:t>member network.</w:t>
      </w:r>
    </w:p>
    <w:p w14:paraId="32258300" w14:textId="76DECB2A" w:rsidR="00AD5045" w:rsidRDefault="00F44FED" w:rsidP="001510C9">
      <w:pPr>
        <w:pStyle w:val="ListBullet"/>
        <w:tabs>
          <w:tab w:val="clear" w:pos="360"/>
          <w:tab w:val="num" w:pos="720"/>
        </w:tabs>
        <w:spacing w:after="60"/>
        <w:ind w:left="720"/>
      </w:pPr>
      <w:r>
        <w:t>Experience with websites, event-registration systems, social media scheduling, surveys, project-management tools, funding research, or proposal support.</w:t>
      </w:r>
    </w:p>
    <w:p w14:paraId="641F703D" w14:textId="77777777" w:rsidR="00AD5045" w:rsidRDefault="00F44FED">
      <w:pPr>
        <w:pStyle w:val="Heading1"/>
      </w:pPr>
      <w:r>
        <w:lastRenderedPageBreak/>
        <w:t>Employment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2"/>
        <w:gridCol w:w="7432"/>
      </w:tblGrid>
      <w:tr w:rsidR="00AD5045" w14:paraId="55C4E62D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1BAD0" w14:textId="24BCF61B" w:rsidR="00AD5045" w:rsidRPr="00483BAA" w:rsidRDefault="002821CB" w:rsidP="002821CB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Position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08918F" w14:textId="18242328" w:rsidR="00AD5045" w:rsidRPr="00483BAA" w:rsidRDefault="00953172" w:rsidP="00953172">
            <w:pPr>
              <w:rPr>
                <w:sz w:val="22"/>
              </w:rPr>
            </w:pPr>
            <w:r w:rsidRPr="00483BAA">
              <w:rPr>
                <w:sz w:val="22"/>
              </w:rPr>
              <w:t>Permanent, full-time</w:t>
            </w:r>
          </w:p>
        </w:tc>
      </w:tr>
      <w:tr w:rsidR="00AD5045" w14:paraId="19A0BC29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F3445" w14:textId="2CC64010" w:rsidR="00AD5045" w:rsidRPr="00483BAA" w:rsidRDefault="005B5B0D" w:rsidP="005B5B0D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Anticipated start date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4538CC" w14:textId="3C1F010B" w:rsidR="00AD5045" w:rsidRPr="00483BAA" w:rsidRDefault="00504B5C" w:rsidP="00504B5C">
            <w:pPr>
              <w:rPr>
                <w:sz w:val="22"/>
              </w:rPr>
            </w:pPr>
            <w:r w:rsidRPr="00483BAA">
              <w:rPr>
                <w:sz w:val="22"/>
              </w:rPr>
              <w:t>January 4, 2027</w:t>
            </w:r>
          </w:p>
        </w:tc>
      </w:tr>
      <w:tr w:rsidR="00AD5045" w14:paraId="7DAF5241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5F2066" w14:textId="62267A30" w:rsidR="00AD5045" w:rsidRPr="00483BAA" w:rsidRDefault="00B671A2" w:rsidP="00B671A2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Probationary period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6AC90A" w14:textId="190AE3FA" w:rsidR="00AD5045" w:rsidRPr="00483BAA" w:rsidRDefault="005A4C23" w:rsidP="005A4C23">
            <w:pPr>
              <w:rPr>
                <w:sz w:val="22"/>
              </w:rPr>
            </w:pPr>
            <w:r w:rsidRPr="00483BAA">
              <w:rPr>
                <w:sz w:val="22"/>
              </w:rPr>
              <w:t>Three months</w:t>
            </w:r>
          </w:p>
        </w:tc>
      </w:tr>
      <w:tr w:rsidR="00AD5045" w14:paraId="3C8F6AC9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38EB5" w14:textId="27C76901" w:rsidR="00AD5045" w:rsidRPr="00483BAA" w:rsidRDefault="00BC6C53" w:rsidP="00BC6C53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Salary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B6A2C7" w14:textId="222DFA5E" w:rsidR="00AD5045" w:rsidRPr="00483BAA" w:rsidRDefault="006C27C8" w:rsidP="006C27C8">
            <w:pPr>
              <w:rPr>
                <w:sz w:val="22"/>
              </w:rPr>
            </w:pPr>
            <w:r w:rsidRPr="00483BAA">
              <w:rPr>
                <w:sz w:val="22"/>
              </w:rPr>
              <w:t>$70,000 annually</w:t>
            </w:r>
          </w:p>
        </w:tc>
      </w:tr>
      <w:tr w:rsidR="00AD5045" w14:paraId="17FD1042" w14:textId="77777777" w:rsidTr="00C536D6">
        <w:trPr>
          <w:trHeight w:val="562"/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00673A" w14:textId="0819C7E8" w:rsidR="00AD5045" w:rsidRPr="00483BAA" w:rsidRDefault="00F4564B" w:rsidP="00F4564B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Hours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84FD7A" w14:textId="090ADC32" w:rsidR="00AD5045" w:rsidRPr="00483BAA" w:rsidRDefault="00A06C24" w:rsidP="00A06C24">
            <w:pPr>
              <w:rPr>
                <w:sz w:val="22"/>
                <w:lang w:val="en-CA"/>
              </w:rPr>
            </w:pPr>
            <w:r w:rsidRPr="00483BAA">
              <w:rPr>
                <w:sz w:val="22"/>
              </w:rPr>
              <w:t xml:space="preserve">35 hours per week; </w:t>
            </w:r>
            <w:r w:rsidR="00C536D6" w:rsidRPr="00C536D6">
              <w:rPr>
                <w:sz w:val="22"/>
                <w:lang w:val="en-CA"/>
              </w:rPr>
              <w:t>with flexible scheduling to balance operational needs and individual preferences</w:t>
            </w:r>
          </w:p>
        </w:tc>
      </w:tr>
      <w:tr w:rsidR="00AD5045" w14:paraId="7DE6C930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56CC5" w14:textId="72647D3B" w:rsidR="00AD5045" w:rsidRPr="00483BAA" w:rsidRDefault="00085823" w:rsidP="00762264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Re</w:t>
            </w:r>
            <w:r w:rsidR="00926352" w:rsidRPr="00483BAA">
              <w:rPr>
                <w:b/>
                <w:bCs/>
                <w:sz w:val="22"/>
              </w:rPr>
              <w:t>mote w</w:t>
            </w:r>
            <w:r w:rsidR="00762264" w:rsidRPr="00483BAA">
              <w:rPr>
                <w:b/>
                <w:bCs/>
                <w:sz w:val="22"/>
              </w:rPr>
              <w:t>ork arrangement</w:t>
            </w:r>
            <w:r w:rsidR="0095747A" w:rsidRPr="00483BAA">
              <w:rPr>
                <w:b/>
                <w:bCs/>
                <w:sz w:val="22"/>
              </w:rPr>
              <w:t xml:space="preserve"> </w:t>
            </w:r>
            <w:r w:rsidR="00926352" w:rsidRPr="00483BAA">
              <w:rPr>
                <w:b/>
                <w:bCs/>
                <w:sz w:val="22"/>
              </w:rPr>
              <w:t>and support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34C370" w14:textId="6C98F34E" w:rsidR="00AD5045" w:rsidRPr="00483BAA" w:rsidRDefault="00F32943" w:rsidP="00315543">
            <w:pPr>
              <w:spacing w:line="240" w:lineRule="auto"/>
              <w:rPr>
                <w:sz w:val="22"/>
              </w:rPr>
            </w:pPr>
            <w:r w:rsidRPr="00483BAA">
              <w:rPr>
                <w:sz w:val="22"/>
              </w:rPr>
              <w:t xml:space="preserve">Fully remote within Ontario, with periodic travel for the annual conference held in Toronto and </w:t>
            </w:r>
            <w:r w:rsidR="00A4093D" w:rsidRPr="00483BAA">
              <w:rPr>
                <w:sz w:val="22"/>
              </w:rPr>
              <w:t xml:space="preserve">occasional </w:t>
            </w:r>
            <w:r w:rsidRPr="00483BAA">
              <w:rPr>
                <w:sz w:val="22"/>
              </w:rPr>
              <w:t>in-person meetings</w:t>
            </w:r>
            <w:r w:rsidR="00A4093D" w:rsidRPr="00483BAA">
              <w:rPr>
                <w:sz w:val="22"/>
              </w:rPr>
              <w:t xml:space="preserve"> across Ontario</w:t>
            </w:r>
          </w:p>
          <w:p w14:paraId="0E3A5617" w14:textId="77777777" w:rsidR="00926352" w:rsidRPr="00483BAA" w:rsidRDefault="00926352" w:rsidP="00315543">
            <w:pPr>
              <w:spacing w:line="240" w:lineRule="auto"/>
              <w:rPr>
                <w:sz w:val="22"/>
              </w:rPr>
            </w:pPr>
            <w:r w:rsidRPr="00483BAA">
              <w:rPr>
                <w:sz w:val="22"/>
              </w:rPr>
              <w:t xml:space="preserve">Provided by FSO: Computer; required software; phone and internet costs </w:t>
            </w:r>
          </w:p>
          <w:p w14:paraId="680AB5A1" w14:textId="4594CC7B" w:rsidR="00926352" w:rsidRPr="00483BAA" w:rsidRDefault="006424AB" w:rsidP="00315543">
            <w:pPr>
              <w:spacing w:line="240" w:lineRule="auto"/>
              <w:rPr>
                <w:sz w:val="22"/>
              </w:rPr>
            </w:pPr>
            <w:r w:rsidRPr="00483BAA">
              <w:rPr>
                <w:sz w:val="22"/>
              </w:rPr>
              <w:t>Provided by employee: A</w:t>
            </w:r>
            <w:r w:rsidR="00926352" w:rsidRPr="00483BAA">
              <w:rPr>
                <w:sz w:val="22"/>
              </w:rPr>
              <w:t xml:space="preserve"> private home office/location</w:t>
            </w:r>
          </w:p>
        </w:tc>
      </w:tr>
      <w:tr w:rsidR="00AD5045" w14:paraId="466D59A0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C11F44" w14:textId="44210CBA" w:rsidR="00AD5045" w:rsidRPr="00483BAA" w:rsidRDefault="0006487D" w:rsidP="002F6B7B">
            <w:pPr>
              <w:rPr>
                <w:b/>
                <w:bCs/>
                <w:sz w:val="22"/>
              </w:rPr>
            </w:pPr>
            <w:r w:rsidRPr="00483BAA">
              <w:rPr>
                <w:b/>
                <w:bCs/>
                <w:sz w:val="22"/>
              </w:rPr>
              <w:t>Paid time off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C4A052" w14:textId="7300A209" w:rsidR="00A4093D" w:rsidRPr="00483BAA" w:rsidRDefault="00635062" w:rsidP="00635062">
            <w:pPr>
              <w:rPr>
                <w:sz w:val="22"/>
              </w:rPr>
            </w:pPr>
            <w:r w:rsidRPr="00483BAA">
              <w:rPr>
                <w:sz w:val="22"/>
              </w:rPr>
              <w:t xml:space="preserve">Two weeks of vacation </w:t>
            </w:r>
            <w:r w:rsidR="0006487D" w:rsidRPr="00483BAA">
              <w:rPr>
                <w:sz w:val="22"/>
              </w:rPr>
              <w:t>(3 weeks at 2 years)</w:t>
            </w:r>
          </w:p>
          <w:p w14:paraId="4A1F4454" w14:textId="29968603" w:rsidR="00A4093D" w:rsidRPr="00483BAA" w:rsidRDefault="00210B36" w:rsidP="00635062">
            <w:pPr>
              <w:rPr>
                <w:sz w:val="22"/>
              </w:rPr>
            </w:pPr>
            <w:r w:rsidRPr="00483BAA">
              <w:rPr>
                <w:sz w:val="22"/>
              </w:rPr>
              <w:t>Paid December holiday shutdown</w:t>
            </w:r>
          </w:p>
          <w:p w14:paraId="5E87D3A8" w14:textId="77777777" w:rsidR="00AD5045" w:rsidRPr="00483BAA" w:rsidRDefault="00A4093D" w:rsidP="00635062">
            <w:pPr>
              <w:rPr>
                <w:sz w:val="22"/>
              </w:rPr>
            </w:pPr>
            <w:r w:rsidRPr="00483BAA">
              <w:rPr>
                <w:sz w:val="22"/>
              </w:rPr>
              <w:t>T</w:t>
            </w:r>
            <w:r w:rsidR="00635062" w:rsidRPr="00483BAA">
              <w:rPr>
                <w:sz w:val="22"/>
              </w:rPr>
              <w:t>wo float/personal days annually</w:t>
            </w:r>
          </w:p>
          <w:p w14:paraId="20D92BAD" w14:textId="45CF8991" w:rsidR="0006487D" w:rsidRPr="00483BAA" w:rsidRDefault="00974A6C" w:rsidP="00635062">
            <w:pPr>
              <w:rPr>
                <w:sz w:val="22"/>
              </w:rPr>
            </w:pPr>
            <w:r w:rsidRPr="00483BAA">
              <w:rPr>
                <w:sz w:val="22"/>
              </w:rPr>
              <w:t>Generous sick leave, covering personal illness, family care, and medical appointments</w:t>
            </w:r>
          </w:p>
        </w:tc>
      </w:tr>
      <w:tr w:rsidR="00AD5045" w14:paraId="2AD34765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4176E" w14:textId="14111DC6" w:rsidR="00AD5045" w:rsidRPr="00483BAA" w:rsidRDefault="00557B83" w:rsidP="00557B83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Benefits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D32F96" w14:textId="77777777" w:rsidR="00AD5045" w:rsidRPr="00483BAA" w:rsidRDefault="0094102A" w:rsidP="0094102A">
            <w:pPr>
              <w:rPr>
                <w:sz w:val="22"/>
              </w:rPr>
            </w:pPr>
            <w:r w:rsidRPr="00483BAA">
              <w:rPr>
                <w:sz w:val="22"/>
              </w:rPr>
              <w:t>Full benefits program</w:t>
            </w:r>
          </w:p>
          <w:p w14:paraId="59D3BBAA" w14:textId="5FD551E6" w:rsidR="00080F66" w:rsidRPr="00483BAA" w:rsidRDefault="00080F66" w:rsidP="0094102A">
            <w:pPr>
              <w:rPr>
                <w:sz w:val="22"/>
              </w:rPr>
            </w:pPr>
            <w:r w:rsidRPr="00483BAA">
              <w:rPr>
                <w:sz w:val="22"/>
              </w:rPr>
              <w:t>Employer contribution of 3% to an RRSP</w:t>
            </w:r>
          </w:p>
        </w:tc>
      </w:tr>
      <w:tr w:rsidR="00AD5045" w14:paraId="5CB86582" w14:textId="77777777" w:rsidTr="00483BAA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F16FC" w14:textId="5EA3A81D" w:rsidR="00AD5045" w:rsidRPr="00483BAA" w:rsidRDefault="008376DE" w:rsidP="008376DE">
            <w:pPr>
              <w:rPr>
                <w:sz w:val="22"/>
              </w:rPr>
            </w:pPr>
            <w:r w:rsidRPr="00483BAA">
              <w:rPr>
                <w:b/>
                <w:bCs/>
                <w:sz w:val="22"/>
              </w:rPr>
              <w:t>Use of AI in hiring</w:t>
            </w:r>
          </w:p>
        </w:tc>
        <w:tc>
          <w:tcPr>
            <w:tcW w:w="7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9192C5" w14:textId="49C5FFDB" w:rsidR="00AD5045" w:rsidRPr="00483BAA" w:rsidRDefault="00726635" w:rsidP="00726635">
            <w:pPr>
              <w:rPr>
                <w:sz w:val="22"/>
              </w:rPr>
            </w:pPr>
            <w:r w:rsidRPr="00483BAA">
              <w:rPr>
                <w:sz w:val="22"/>
              </w:rPr>
              <w:t>Artificial intelligence will not be used to screen</w:t>
            </w:r>
            <w:r w:rsidR="00DF51DA">
              <w:rPr>
                <w:sz w:val="22"/>
              </w:rPr>
              <w:t xml:space="preserve"> </w:t>
            </w:r>
            <w:r w:rsidRPr="00483BAA">
              <w:rPr>
                <w:sz w:val="22"/>
              </w:rPr>
              <w:t>or select applicants</w:t>
            </w:r>
          </w:p>
        </w:tc>
      </w:tr>
    </w:tbl>
    <w:p w14:paraId="0B23CADE" w14:textId="77777777" w:rsidR="008376DE" w:rsidRDefault="008376DE">
      <w:pPr>
        <w:rPr>
          <w:kern w:val="2"/>
          <w:sz w:val="21"/>
          <w:szCs w:val="21"/>
          <w:lang w:val="en-CA" w:eastAsia="en-CA"/>
          <w14:ligatures w14:val="standardContextual"/>
        </w:rPr>
      </w:pPr>
    </w:p>
    <w:p w14:paraId="291B132E" w14:textId="77777777" w:rsidR="00AD5045" w:rsidRDefault="00F44FED">
      <w:pPr>
        <w:pStyle w:val="Heading1"/>
      </w:pPr>
      <w:r>
        <w:t>How to Apply</w:t>
      </w:r>
    </w:p>
    <w:p w14:paraId="0EBB9538" w14:textId="3859B8EA" w:rsidR="00AD5045" w:rsidRPr="00A90AE3" w:rsidRDefault="00F44FED">
      <w:pPr>
        <w:rPr>
          <w:b/>
          <w:bCs/>
        </w:rPr>
      </w:pPr>
      <w:r>
        <w:t xml:space="preserve">Please email your resume and cover letter to </w:t>
      </w:r>
      <w:r w:rsidRPr="00A90AE3">
        <w:rPr>
          <w:b/>
          <w:bCs/>
        </w:rPr>
        <w:t xml:space="preserve">fso@familyserviceontario.org by November </w:t>
      </w:r>
      <w:r w:rsidR="00D8695B">
        <w:rPr>
          <w:b/>
          <w:bCs/>
        </w:rPr>
        <w:t>1</w:t>
      </w:r>
      <w:r w:rsidRPr="00A90AE3">
        <w:rPr>
          <w:b/>
          <w:bCs/>
        </w:rPr>
        <w:t>0, 2026. Use the subject line: Executive Assistant Application.</w:t>
      </w:r>
    </w:p>
    <w:p w14:paraId="4D584016" w14:textId="77777777" w:rsidR="00AD5045" w:rsidRDefault="00F44FED">
      <w:r>
        <w:t>We appreciate the time and interest of all applicants. Only candidates selected for an interview will be contacted.</w:t>
      </w:r>
    </w:p>
    <w:p w14:paraId="4D9F756A" w14:textId="77777777" w:rsidR="00AD5045" w:rsidRDefault="00F44FED">
      <w:pPr>
        <w:pStyle w:val="Heading1"/>
      </w:pPr>
      <w:r>
        <w:t>Equity, Inclusion, and Accessibility</w:t>
      </w:r>
    </w:p>
    <w:p w14:paraId="79685326" w14:textId="0B79EF74" w:rsidR="00AD5045" w:rsidRDefault="1B8804C3">
      <w:r>
        <w:t xml:space="preserve">Family Service Ontario is an equal opportunity employer committed to a respectful, inclusive, and accessible workplace. We welcome applications from qualified candidates with diverse identities, backgrounds, perspectives, abilities, and lived experiences. Employment decisions are based on the requirements of the </w:t>
      </w:r>
      <w:r w:rsidR="13B70EB3">
        <w:t>position,</w:t>
      </w:r>
      <w:r>
        <w:t xml:space="preserve"> and each candidate’s demonstrated qualifications and experience</w:t>
      </w:r>
    </w:p>
    <w:p w14:paraId="76BE7DEE" w14:textId="7CA29F81" w:rsidR="00844365" w:rsidRDefault="00F44FED" w:rsidP="004C1D0B">
      <w:r>
        <w:t>Accommodation is available on request in accordance with the Ontario Human Rights Code and the Accessibility for Ontarians with Disabilities Act. Applicants who require accommodation may contact fso@familyserviceontario.org. Information related to accommodation will be treated confidentially.</w:t>
      </w:r>
    </w:p>
    <w:p w14:paraId="123EFC28" w14:textId="77777777" w:rsidR="00844365" w:rsidRDefault="00844365"/>
    <w:sectPr w:rsidR="00844365" w:rsidSect="00512E06">
      <w:pgSz w:w="12240" w:h="15840"/>
      <w:pgMar w:top="567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4EB9" w14:textId="77777777" w:rsidR="00A37D12" w:rsidRDefault="00A37D12">
      <w:pPr>
        <w:spacing w:after="0" w:line="240" w:lineRule="auto"/>
      </w:pPr>
      <w:r>
        <w:separator/>
      </w:r>
    </w:p>
  </w:endnote>
  <w:endnote w:type="continuationSeparator" w:id="0">
    <w:p w14:paraId="7E9DD238" w14:textId="77777777" w:rsidR="00A37D12" w:rsidRDefault="00A37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3F200" w14:textId="77777777" w:rsidR="00A37D12" w:rsidRDefault="00A37D12">
      <w:pPr>
        <w:spacing w:after="0" w:line="240" w:lineRule="auto"/>
      </w:pPr>
      <w:r>
        <w:separator/>
      </w:r>
    </w:p>
  </w:footnote>
  <w:footnote w:type="continuationSeparator" w:id="0">
    <w:p w14:paraId="464032BD" w14:textId="77777777" w:rsidR="00A37D12" w:rsidRDefault="00A37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0409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663FB7"/>
    <w:multiLevelType w:val="hybridMultilevel"/>
    <w:tmpl w:val="277E88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826808">
    <w:abstractNumId w:val="8"/>
  </w:num>
  <w:num w:numId="2" w16cid:durableId="405423174">
    <w:abstractNumId w:val="6"/>
  </w:num>
  <w:num w:numId="3" w16cid:durableId="101345951">
    <w:abstractNumId w:val="5"/>
  </w:num>
  <w:num w:numId="4" w16cid:durableId="103497646">
    <w:abstractNumId w:val="4"/>
  </w:num>
  <w:num w:numId="5" w16cid:durableId="926770140">
    <w:abstractNumId w:val="7"/>
  </w:num>
  <w:num w:numId="6" w16cid:durableId="408694704">
    <w:abstractNumId w:val="3"/>
  </w:num>
  <w:num w:numId="7" w16cid:durableId="1681736010">
    <w:abstractNumId w:val="2"/>
  </w:num>
  <w:num w:numId="8" w16cid:durableId="808399343">
    <w:abstractNumId w:val="1"/>
  </w:num>
  <w:num w:numId="9" w16cid:durableId="2006738444">
    <w:abstractNumId w:val="0"/>
  </w:num>
  <w:num w:numId="10" w16cid:durableId="4840506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ADF"/>
    <w:rsid w:val="00014656"/>
    <w:rsid w:val="00025BDE"/>
    <w:rsid w:val="00034616"/>
    <w:rsid w:val="00037AC2"/>
    <w:rsid w:val="0006063C"/>
    <w:rsid w:val="0006487D"/>
    <w:rsid w:val="00080F66"/>
    <w:rsid w:val="00085823"/>
    <w:rsid w:val="0015074B"/>
    <w:rsid w:val="001510C9"/>
    <w:rsid w:val="001623E3"/>
    <w:rsid w:val="00193AD4"/>
    <w:rsid w:val="00204473"/>
    <w:rsid w:val="00210B36"/>
    <w:rsid w:val="00245E4F"/>
    <w:rsid w:val="00271805"/>
    <w:rsid w:val="002821CB"/>
    <w:rsid w:val="00283631"/>
    <w:rsid w:val="0029639D"/>
    <w:rsid w:val="002E629E"/>
    <w:rsid w:val="002F6B7B"/>
    <w:rsid w:val="00315543"/>
    <w:rsid w:val="0032442E"/>
    <w:rsid w:val="00326F90"/>
    <w:rsid w:val="00333FD4"/>
    <w:rsid w:val="00357232"/>
    <w:rsid w:val="003B1AA1"/>
    <w:rsid w:val="003E695B"/>
    <w:rsid w:val="003F1B35"/>
    <w:rsid w:val="004714F4"/>
    <w:rsid w:val="00483BAA"/>
    <w:rsid w:val="004B2A2C"/>
    <w:rsid w:val="004C1D0B"/>
    <w:rsid w:val="004F6B74"/>
    <w:rsid w:val="00504B5C"/>
    <w:rsid w:val="00512E06"/>
    <w:rsid w:val="00557B83"/>
    <w:rsid w:val="00571193"/>
    <w:rsid w:val="005A4C23"/>
    <w:rsid w:val="005B5B0D"/>
    <w:rsid w:val="005E024B"/>
    <w:rsid w:val="00626B43"/>
    <w:rsid w:val="00635062"/>
    <w:rsid w:val="006424AB"/>
    <w:rsid w:val="006448EF"/>
    <w:rsid w:val="006C27C8"/>
    <w:rsid w:val="006F29C5"/>
    <w:rsid w:val="00721177"/>
    <w:rsid w:val="00726635"/>
    <w:rsid w:val="00762264"/>
    <w:rsid w:val="007637E5"/>
    <w:rsid w:val="00791AB1"/>
    <w:rsid w:val="00835A4B"/>
    <w:rsid w:val="008376DE"/>
    <w:rsid w:val="00844349"/>
    <w:rsid w:val="00844365"/>
    <w:rsid w:val="008574A2"/>
    <w:rsid w:val="008779B2"/>
    <w:rsid w:val="00880B26"/>
    <w:rsid w:val="008940CE"/>
    <w:rsid w:val="00926352"/>
    <w:rsid w:val="00940312"/>
    <w:rsid w:val="0094102A"/>
    <w:rsid w:val="00943CD4"/>
    <w:rsid w:val="00944917"/>
    <w:rsid w:val="00953172"/>
    <w:rsid w:val="00955330"/>
    <w:rsid w:val="0095747A"/>
    <w:rsid w:val="009720FC"/>
    <w:rsid w:val="00974A6C"/>
    <w:rsid w:val="009B1494"/>
    <w:rsid w:val="00A06C24"/>
    <w:rsid w:val="00A22409"/>
    <w:rsid w:val="00A37D12"/>
    <w:rsid w:val="00A4093D"/>
    <w:rsid w:val="00A54B8B"/>
    <w:rsid w:val="00A5705F"/>
    <w:rsid w:val="00A830B0"/>
    <w:rsid w:val="00A90AE3"/>
    <w:rsid w:val="00AA1D8D"/>
    <w:rsid w:val="00AA7235"/>
    <w:rsid w:val="00AD5045"/>
    <w:rsid w:val="00B329C8"/>
    <w:rsid w:val="00B47730"/>
    <w:rsid w:val="00B671A2"/>
    <w:rsid w:val="00B906B6"/>
    <w:rsid w:val="00BC6C53"/>
    <w:rsid w:val="00BE4256"/>
    <w:rsid w:val="00C536D6"/>
    <w:rsid w:val="00CB0664"/>
    <w:rsid w:val="00CF0664"/>
    <w:rsid w:val="00D13C28"/>
    <w:rsid w:val="00D1568E"/>
    <w:rsid w:val="00D3591F"/>
    <w:rsid w:val="00D55934"/>
    <w:rsid w:val="00D6207F"/>
    <w:rsid w:val="00D67D4E"/>
    <w:rsid w:val="00D8201A"/>
    <w:rsid w:val="00D8695B"/>
    <w:rsid w:val="00DF51DA"/>
    <w:rsid w:val="00E53EB1"/>
    <w:rsid w:val="00E54B06"/>
    <w:rsid w:val="00E7409B"/>
    <w:rsid w:val="00E8140C"/>
    <w:rsid w:val="00E90CCC"/>
    <w:rsid w:val="00F11A25"/>
    <w:rsid w:val="00F32943"/>
    <w:rsid w:val="00F4100A"/>
    <w:rsid w:val="00F44FED"/>
    <w:rsid w:val="00F4564B"/>
    <w:rsid w:val="00F62815"/>
    <w:rsid w:val="00FA376D"/>
    <w:rsid w:val="00FC693F"/>
    <w:rsid w:val="00FD4ED2"/>
    <w:rsid w:val="1056E4B6"/>
    <w:rsid w:val="13313A23"/>
    <w:rsid w:val="13782B08"/>
    <w:rsid w:val="13B70EB3"/>
    <w:rsid w:val="1B8804C3"/>
    <w:rsid w:val="1CF8B5B2"/>
    <w:rsid w:val="4AB9B807"/>
    <w:rsid w:val="6420CD48"/>
    <w:rsid w:val="7499F898"/>
    <w:rsid w:val="7B1C1D1E"/>
    <w:rsid w:val="7D93D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57F305"/>
  <w14:defaultImageDpi w14:val="300"/>
  <w15:docId w15:val="{238409FA-943B-4FD7-9C97-90FD64CC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tLeast"/>
    </w:pPr>
    <w:rPr>
      <w:rFonts w:ascii="Arial" w:hAnsi="Arial" w:cs="Arial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eastAsiaTheme="majorEastAsia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eastAsiaTheme="majorEastAsia" w:hAnsi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eastAsiaTheme="majorEastAsia" w:hAnsi="Arial" w:cs="Arial"/>
      <w:b/>
      <w:bCs/>
      <w:color w:val="00000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80" w:line="240" w:lineRule="atLeast"/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eastAsiaTheme="majorEastAsia" w:hAnsi="Arial" w:cs="Arial"/>
      <w:b/>
      <w:color w:val="000000"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21bee1-2140-4cb7-a023-cb9dfb23b234" xsi:nil="true"/>
    <PrintingStatus xmlns="d350a05e-372f-4fbd-8d53-38d8d40dd8bf" xsi:nil="true"/>
    <lcf76f155ced4ddcb4097134ff3c332f xmlns="d350a05e-372f-4fbd-8d53-38d8d40dd8b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CB7602302F484DB92CCC106A643A61" ma:contentTypeVersion="19" ma:contentTypeDescription="Create a new document." ma:contentTypeScope="" ma:versionID="9612c354acb5a891a2e7b2c6e6163ee5">
  <xsd:schema xmlns:xsd="http://www.w3.org/2001/XMLSchema" xmlns:xs="http://www.w3.org/2001/XMLSchema" xmlns:p="http://schemas.microsoft.com/office/2006/metadata/properties" xmlns:ns2="d350a05e-372f-4fbd-8d53-38d8d40dd8bf" xmlns:ns3="df21bee1-2140-4cb7-a023-cb9dfb23b234" targetNamespace="http://schemas.microsoft.com/office/2006/metadata/properties" ma:root="true" ma:fieldsID="c57f3a6ae4fc3b5453a0074d7f40d7a9" ns2:_="" ns3:_="">
    <xsd:import namespace="d350a05e-372f-4fbd-8d53-38d8d40dd8bf"/>
    <xsd:import namespace="df21bee1-2140-4cb7-a023-cb9dfb23b2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Printing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0a05e-372f-4fbd-8d53-38d8d40dd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bcd42-49bb-47bf-af57-97c9d460b4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intingStatus" ma:index="26" nillable="true" ma:displayName="Printing Status" ma:format="Dropdown" ma:internalName="PrintingStatus">
      <xsd:simpleType>
        <xsd:restriction base="dms:Choice">
          <xsd:enumeration value="Draft"/>
          <xsd:enumeration value="Final"/>
          <xsd:enumeration value="Needs Review"/>
          <xsd:enumeration value="Prin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1bee1-2140-4cb7-a023-cb9dfb23b2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0969ae-6b63-44a0-8e7a-c653c6164baa}" ma:internalName="TaxCatchAll" ma:showField="CatchAllData" ma:web="df21bee1-2140-4cb7-a023-cb9dfb23b2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ACC0D2-9D29-4BD6-B017-F5FCE6202146}">
  <ds:schemaRefs>
    <ds:schemaRef ds:uri="http://schemas.microsoft.com/office/2006/metadata/properties"/>
    <ds:schemaRef ds:uri="http://schemas.microsoft.com/office/infopath/2007/PartnerControls"/>
    <ds:schemaRef ds:uri="df21bee1-2140-4cb7-a023-cb9dfb23b234"/>
    <ds:schemaRef ds:uri="d350a05e-372f-4fbd-8d53-38d8d40dd8bf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B5D687-CEF2-4F4E-8ADF-6659B7DBD5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A14934-C7FB-4B1F-B7B2-9BD3D0CDC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0a05e-372f-4fbd-8d53-38d8d40dd8bf"/>
    <ds:schemaRef ds:uri="df21bee1-2140-4cb7-a023-cb9dfb23b2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1032</Words>
  <Characters>5889</Characters>
  <Application>Microsoft Office Word</Application>
  <DocSecurity>0</DocSecurity>
  <Lines>49</Lines>
  <Paragraphs>13</Paragraphs>
  <ScaleCrop>false</ScaleCrop>
  <Manager/>
  <Company/>
  <LinksUpToDate>false</LinksUpToDate>
  <CharactersWithSpaces>6908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Somogyi</dc:creator>
  <cp:keywords/>
  <dc:description>generated by python-docx</dc:description>
  <cp:lastModifiedBy>Diane Hopper</cp:lastModifiedBy>
  <cp:revision>3</cp:revision>
  <dcterms:created xsi:type="dcterms:W3CDTF">2026-11-01T17:48:00Z</dcterms:created>
  <dcterms:modified xsi:type="dcterms:W3CDTF">2026-11-01T17:51:00Z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0x010100D1CB7602302F484DB92CCC106A643A61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